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Scrisoare demonstrativă CoalaPDF</w:t>
      </w:r>
    </w:p>
    <w:p>
      <w:r>
        <w:t>Acest fișier conține date sintetice pentru testarea conversiei DOCX în PDF.</w:t>
      </w:r>
    </w:p>
    <w:p>
      <w:r>
        <w:t>Poți verifica titlul, diacriticele și ordinea paragrafelor.</w:t>
      </w:r>
    </w:p>
    <w:p>
      <w:r>
        <w:t>Păstrează sursa dacă vrei să modifici conținutul ulterior.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